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18:00-20:00 Taidekeskus Salmela: Mamba – Vielä on kesää jäljellä</w:t>
      </w:r>
    </w:p>
    <w:p>
      <w:r>
        <w:t>Vielä on kesää jäljellä! Legendaarinen Mamba-yhtye saapuu kiertueellaan Salmelaan!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