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13:30-14:45 Taidekeskus Salmela: Avajaiskonsertti | Okko Kamu 80 vuotta -juhlakonsertti</w:t>
      </w:r>
    </w:p>
    <w:p>
      <w:r>
        <w:t xml:space="preserve">Kansainvälisesti valovoimaisen kapellimestarin, professori Okko Kamun 80- vuotisjuhlakonsertti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