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18:00-20:00 Taidekeskus Salmela: Rakkaudella, Helena &amp; Jorma</w:t>
      </w:r>
    </w:p>
    <w:p>
      <w:r>
        <w:t>Rakkaudella -konsertti sai ensi-iltansa Vantaalla 19.9.2024.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