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18:00-20:00 Taidekeskus Salmela: Kolme baritonia – Kesäyössä</w:t>
      </w:r>
    </w:p>
    <w:p>
      <w:r>
        <w:t>Kolme baritonia – Kesäyössä on Ville Rusasen, Aarne Pelkosen ja Kristian Lindroosin ensimmäinen yhteinen konserttiohjelma.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