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18:00-20:00 Taidekeskus Salmela: Leavings &amp; Timo Rautiainen</w:t>
      </w:r>
    </w:p>
    <w:p>
      <w:r>
        <w:t>Leevi and the Leavingsin klassikot raikaavat jälleen, kun Leavings-orkesteri suuntaa kesäkeikoille yhdessä Timo Rautiaisen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