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18:00-20:00 Taidekeskus Salmela: Diandra- Sydämeni soi</w:t>
      </w:r>
    </w:p>
    <w:p>
      <w:r>
        <w:t xml:space="preserve">Helsingin poliisisoittokunta vierailee Taidekeskus Salmelan konserttikesässä kansainvälisen huippukapellimestarin johdolla, valovoimainen Diandra solistinaan.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