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18:00-20:00 Taidekeskus Salmela: Mikko Kuustonen</w:t>
      </w:r>
    </w:p>
    <w:p>
      <w:r>
        <w:t>Mikko Kuustonen tekee odotetun paluun konserttilavoille uuden yhtyeensä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