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20:00-22:00 Taidekeskus Salmela: Hector &amp; His Power Band</w:t>
      </w:r>
    </w:p>
    <w:p>
      <w:r>
        <w:t>Juhlava ja ainutlaatuinen kauden päätöskonsertti.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