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Nurmisen kotimuseo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11:00-16:00 Nurmisen kotimuseon avoimet ovet</w:t>
      </w:r>
    </w:p>
    <w:p>
      <w:r>
        <w:t>Esillä vanhaa esineistöä, mahdollisuus tutustua laajaan pihapiiriin ja Neulapoikien gramofonimusiikkia.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