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Kirjokiven Kartano, Rudolf Elvingin tie 109, 47900 Vuohijärvi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11:00-16:00 Kirjokiven Kartanon avoimet ovet la 23.5. klo 11-16</w:t>
      </w:r>
    </w:p>
    <w:p>
      <w:r>
        <w:t>Upea Kirjokiven Kartano Kouvolan Vuohijärvellä avaa ovensa vierailijoille avoimissa ovissa lauantaina 23.5.2026 klo 11-16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