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Käsityöpuoti Talvikki, Pertuntie 29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11:00-18:00 Talvikin vappu</w:t>
      </w:r>
    </w:p>
    <w:p>
      <w:r>
        <w:t>Talvikin kevään avaus. Myynnissä mm. lettuja, vappuherkkuja, simaa.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