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09:00-15:00 Kansalaisopiston puhelin- ja toimistoilmoittautuminen alkaa klo 9.00</w:t>
      </w:r>
    </w:p>
    <w:p>
      <w:r>
        <w:t>Syksyn 2026 kursseille ilmoittautuminen on avautunut sähköisesti verkossa tiistaina 23.6.2026 klo 12.30 osoitteessa www.mantyharjunkansalaisopisto.fi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