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Taruvuoren kodit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12:00-13:00 Yhteisöllinen ruokailu klo 12-13 | Taruvuoren kodit</w:t>
      </w:r>
    </w:p>
    <w:p>
      <w:r>
        <w:t>Taruvuoren kerhosalissa kokeillaan avointa yhteisöllistä ruokailua tiistaina 12.5.2026 klo 12–13.</w:t>
      </w:r>
    </w:p>
    <w:p>
      <w:r>
        <w:t>Lounaan hinta on 8 € / hlö, maksu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