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11:30-17:00 Mäntyharjun kirkon kirkkotekstiilien esittely su 26.7. klo 12-17</w:t>
      </w:r>
    </w:p>
    <w:p>
      <w:r>
        <w:t xml:space="preserve">Mäntyharjun seurakunnan hienoja kirkkotekstiilejä, taidekäsitöitä esitellään toiveuusintana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