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Uittomuseo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12:00-17:00 Miekankosken Uittomuseo avataan kesäkaudeksi yleisöopastuksin la 6.6.2026</w:t>
      </w:r>
    </w:p>
    <w:p>
      <w:r>
        <w:t xml:space="preserve">Miekankosken Uittomuseo avataan kesäkaudeksi lauantaina 6.6.2026.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