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14.5.2026 torstai</w:t>
      </w:r>
    </w:p>
    <w:p>
      <w:pPr>
        <w:pStyle w:val="Heading1"/>
      </w:pPr>
      <w:r>
        <w:t>14.5.2026 torstai</w:t>
      </w:r>
    </w:p>
    <w:p>
      <w:pPr>
        <w:pStyle w:val="Heading2"/>
      </w:pPr>
      <w:r>
        <w:t>13:00-19:00 Mä oon vapaa -kevätnäytös</w:t>
      </w:r>
    </w:p>
    <w:p>
      <w:r>
        <w:t>Näytökset klo 13.00 ja 17.00 Monitoimihalli Kisalan Mäntyareenalla.</w:t>
        <w:br/>
        <w:br/>
      </w:r>
    </w:p>
    <w:p>
      <w:r>
        <w:t>Liput (myydään ovelta):</w:t>
        <w:br/>
        <w:br/>
        <w:t>* Tavallinen lippu 13 €</w:t>
        <w:br/>
        <w:t>* Lapset ja nuoret (7-17 v.) 10 €</w:t>
        <w:br/>
        <w:t>* Alle kouluikäiset 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