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14:00-16:30 Korkeuskammoa Kuusniemellä - Mäntyharjun kesäteatteri</w:t>
      </w:r>
    </w:p>
    <w:p>
      <w:r>
        <w:t>Mäntyharjun Kesäteatteri esittää kesällä 2026 mukaansatempaavan maalaiskomedian Korkeuskammoa Kuusniemellä.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