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Iso-Pappilantie 2</w:t>
      </w:r>
    </w:p>
    <w:p>
      <w:r>
        <w:t>15.8.2026 lauantai</w:t>
      </w:r>
    </w:p>
    <w:p>
      <w:pPr>
        <w:pStyle w:val="Heading1"/>
      </w:pPr>
      <w:r>
        <w:t>15.8.2026-16.8.2026</w:t>
      </w:r>
    </w:p>
    <w:p>
      <w:pPr>
        <w:pStyle w:val="Heading2"/>
      </w:pPr>
      <w:r>
        <w:t>22:00-00:30 Korkeuskammoa Kuusniemellä - Mäntyharjun kesäteatteri YÖNÄYTÖS</w:t>
      </w:r>
    </w:p>
    <w:p>
      <w:r>
        <w:t xml:space="preserve">Mäntyharjun Kesäteatteri esittää kesällä 2026 mukaansatempaavan maalaiskomedian Korkeuskammoa Kuusniemellä. </w:t>
      </w:r>
    </w:p>
    <w:p>
      <w:r>
        <w:t xml:space="preserve">Ennakkoon Lippu.fi: </w:t>
        <w:br/>
        <w:t>Aikuiset 22€</w:t>
        <w:br/>
        <w:t>Lapset 8€</w:t>
        <w:br/>
        <w:t>(Lippuihin lisätään Lippu.fi palvelumaksu)</w:t>
        <w:br/>
        <w:br/>
        <w:t xml:space="preserve">Ovelta: </w:t>
        <w:br/>
        <w:t>Aikuiset 26€</w:t>
        <w:br/>
        <w:t>Lapset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