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Kirjokiven Kartano, Rudolf Elvingin tie 109, 47900 Vuohijärvi</w:t>
      </w:r>
    </w:p>
    <w:p>
      <w:r>
        <w:t>9.5.2026 lauantai</w:t>
      </w:r>
    </w:p>
    <w:p>
      <w:pPr>
        <w:pStyle w:val="Heading1"/>
      </w:pPr>
      <w:r>
        <w:t>9.5.2026 lauantai</w:t>
      </w:r>
    </w:p>
    <w:p>
      <w:pPr>
        <w:pStyle w:val="Heading2"/>
      </w:pPr>
      <w:r>
        <w:t>15:00-17:00 Pop up -wine tasting Kirjokiven Kartanolla - ilmoittaudu mukaan!</w:t>
      </w:r>
    </w:p>
    <w:p>
      <w:r>
        <w:t>Viiniä pyöritellään lasissa, siemaistaan kulaus ja syljetään pois – kuulostaako mystiseltä? Ei todellakaan!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