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13:00-16:00 Intuitiivisen maalauksen työpaja - Wine and painting WHD Gårdilla</w:t>
      </w:r>
    </w:p>
    <w:p>
      <w:r>
        <w:t>Tule tutustumaan intuitiiviseen maalauksen maailmaan lauantaina 13.6. klo 13-16. Vietetään tunnelmallinen hetki yhdessä luovan tekemisen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