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Vierulan tila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10:00-17:00 Vierulan kesäkahvilan avaus ja tilakierrokset</w:t>
      </w:r>
    </w:p>
    <w:p>
      <w:r>
        <w:t xml:space="preserve">Tervetuloa avaamaan jälleen Vierulan tilan kesäkahvilaa ja tilamyymälää!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