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Mikkelin Ravirata</w:t>
      </w:r>
    </w:p>
    <w:p>
      <w:r>
        <w:t>13.5.2026 keskiviikko</w:t>
      </w:r>
    </w:p>
    <w:p>
      <w:pPr>
        <w:pStyle w:val="Heading1"/>
      </w:pPr>
      <w:r>
        <w:t>13.5.2026-23.5.2026</w:t>
      </w:r>
    </w:p>
    <w:p>
      <w:pPr>
        <w:pStyle w:val="Heading2"/>
      </w:pPr>
      <w:r>
        <w:t>18:00-21:00 Mäntyharju-ravit Mikkelin Raviradalla | Ilmainen pääsylippu ja bussikyyti</w:t>
      </w:r>
    </w:p>
    <w:p>
      <w:r>
        <w:t>Mäntyharju-ravit Mikkelissä keskiviikkona 13.5. klo 18 alkaen.</w:t>
      </w:r>
    </w:p>
    <w:p>
      <w:r>
        <w:t>Vapaalippuja ja ilmainen bussikyyti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