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seurakuntalo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13:00-15:00 Ikäihmisten Kevätjuhla</w:t>
      </w:r>
    </w:p>
    <w:p>
      <w:r>
        <w:t>Keskiviikkona 20.5. klo 13.00 Pertunmaan Seurakuntatalolla (Uusi Kirkkotie 2 b) Ikäihmisten kevätjuhla.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