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13:00-15:00 Varautumisluento (Hyvinvointialue ja Etelä-Savon pelastuslaitos)</w:t>
      </w:r>
    </w:p>
    <w:p>
      <w:r>
        <w:t>Etelä-Savon pelastustoimi järjestää asukkaille suunnatut varautumisinfot yhteistyössä kuntien kanssa perjantaina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