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10:00-14:00 Kuvataideyhdistys isännöi Mäntyharjun lauantaitoria</w:t>
      </w:r>
    </w:p>
    <w:p>
      <w:r>
        <w:t>Mäntyharjun lauantaitori kaikille ja kaikenikäisille.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