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19:30-21:30 Winter Pop-Up Illallinen</w:t>
      </w:r>
    </w:p>
    <w:p>
      <w:r>
        <w:t>Winter Pop Up – Talven herkullisimmat illat WHD Gårdilla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