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19:30-21:30 Blini Pop-Up - Ystävänpäivän herkkuhetki Juureskellarissa</w:t>
      </w:r>
    </w:p>
    <w:p>
      <w:r>
        <w:t>Ystävänpäivä saa tänä vuonna erityisen herkullisen säväyksen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