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Halmela, Halmenmiementie 264, 52850 Halmeniemi</w:t>
      </w:r>
    </w:p>
    <w:p>
      <w:r>
        <w:t>20.2.2026 perjantai</w:t>
      </w:r>
    </w:p>
    <w:p>
      <w:pPr>
        <w:pStyle w:val="Heading1"/>
      </w:pPr>
      <w:r>
        <w:t>20.2.2026 perjantai</w:t>
      </w:r>
    </w:p>
    <w:p>
      <w:pPr>
        <w:pStyle w:val="Heading2"/>
      </w:pPr>
      <w:r>
        <w:t>18:00-20:00 Etelä-Savon Kyläturvallisuus -hanke Halmelassa</w:t>
      </w:r>
    </w:p>
    <w:p>
      <w:r>
        <w:t>Etelä-Savon Kyläturvallisuus -hanke esittäytyy Halmeniemen Halmelassa perjantaina 20.2. klo 18.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