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17:00-19:00 Perinteinen HAUTAUSMAAKIERROS Mäntyharjun kirkon hautausmailla</w:t>
      </w:r>
    </w:p>
    <w:p>
      <w:r>
        <w:t>Oppaina Heikki Koljonen ja Anja Aaltonen.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