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Haimintie 10, 52700 Mäntyharju</w:t>
      </w:r>
    </w:p>
    <w:p>
      <w:r>
        <w:t>28.2.2026 lauantai</w:t>
      </w:r>
    </w:p>
    <w:p>
      <w:pPr>
        <w:pStyle w:val="Heading1"/>
      </w:pPr>
      <w:r>
        <w:t>28.2.2026 lauantai</w:t>
      </w:r>
    </w:p>
    <w:p>
      <w:pPr>
        <w:pStyle w:val="Heading2"/>
      </w:pPr>
      <w:r>
        <w:t>10:00-13:00 Pilkkikilpailut</w:t>
      </w:r>
    </w:p>
    <w:p>
      <w:r>
        <w:t>Kaikille avoimet pilkkikilpailut Haiminlammella</w:t>
      </w:r>
    </w:p>
    <w:p>
      <w:r>
        <w:t>Naiset / miehet 10 €</w:t>
        <w:br/>
        <w:t>Nuoret 5 €</w:t>
        <w:br/>
        <w:t>maksu paikan päällä.</w:t>
        <w:br/>
        <w:t>Paikalla myös puffetti, jossa tarjolla makkaraa, pullaa, kahvia/teetä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