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Tekojää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17:30-18:30 Jukurien Kiekkokerho</w:t>
      </w:r>
    </w:p>
    <w:p>
      <w:r>
        <w:t xml:space="preserve">Mikkelin Jukurien junioripuolen kiekkokerho vierailee torstaina Mäntyharjun tekojäällä. </w:t>
        <w:br/>
        <w:br/>
        <w:t>- To 19.2. klo 17.30-18.30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