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29.3.2026 sunnuntai</w:t>
      </w:r>
    </w:p>
    <w:p>
      <w:pPr>
        <w:pStyle w:val="Heading1"/>
      </w:pPr>
      <w:r>
        <w:t>29.3.2026 sunnuntai</w:t>
      </w:r>
    </w:p>
    <w:p>
      <w:pPr>
        <w:pStyle w:val="Heading2"/>
      </w:pPr>
      <w:r>
        <w:t>13:00-14:15 Entisten nuorten kykykisa</w:t>
      </w:r>
    </w:p>
    <w:p>
      <w:r>
        <w:t>Mäntyharjun Näytelmäkerho tuo vielä kerran kulttuurisalin lavalle Merita Seppälän näytelmän \"Entisten nuorten kykykisa\".</w:t>
        <w:br/>
        <w:br/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