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17:00-19:00 Onnellinen mies</w:t>
      </w:r>
    </w:p>
    <w:p>
      <w:r>
        <w:t xml:space="preserve">Arto Paasilinnan kirjaan Onnellinen mies perustuva Panu Raipian dramatisoima näytelmä. </w:t>
      </w:r>
    </w:p>
    <w:p>
      <w:r>
        <w:t>nettilippu.fi 22 € / 12 €</w:t>
        <w:br/>
        <w:t>ovelta 25 € / 15 € vain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