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18:00-22:00 RETROdisco Makasiinin Puoti &amp; Kahvilassa klo 18-22. Vapaa pääsy.</w:t>
      </w:r>
    </w:p>
    <w:p>
      <w:r>
        <w:t xml:space="preserve">Parasta 70-luvun ja kasari - ysärimusaa täräyttää ilmoille DJ MAX.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