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siunauskappeli, Mäntyharjuntie 77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17:00-19:00 Kirkkotaiteen esittely Mäntyharjun siunauskappelissa</w:t>
      </w:r>
    </w:p>
    <w:p>
      <w:r>
        <w:t>Kuvataiteilija Wiwi-Helena Miettinen esitelmöi Siunauskappelin taiteesta. Tilaisuuteen vapaa pääsy! Kahvitarjoilu.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