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Woikosken Tehdasmuseo, Nurmaantie 15, 52920 Kouvola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11:00-14:30 Woikoski Feelingin Museolauantai</w:t>
      </w:r>
    </w:p>
    <w:p>
      <w:r>
        <w:t xml:space="preserve">Kevät tuo tullessaan jälleen odotetut Museolauantait! Useina kevään lauantaina pääset mukaan opastetuille kierroksille Woikosken Tehdasmuseoon ja Automuseoon. </w:t>
      </w:r>
    </w:p>
    <w:p>
      <w:r>
        <w:t>Museolauantain hinta: 49 €/hlö (sis. museokierrokset ja lounas)</w:t>
        <w:br/>
        <w:t>Lapset alle 12 v.: museolippupaketti 10 €, lounas 1 €/ikävuosi.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