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16:00-20:00 Woikoski Feelingillä Burgeri-illallinen sekä ylimääräinen Automuseokierros</w:t>
      </w:r>
    </w:p>
    <w:p>
      <w:r>
        <w:t>Tule nauttimaan herkullisen mehukkaita burgereita Ravintola Juureskellarin ainutlaatuiseen miljööseen!</w:t>
      </w:r>
    </w:p>
    <w:p>
      <w:r>
        <w:t>Illallinen 21 € / hlö</w:t>
        <w:br/>
        <w:t>Automuseokierros 16 €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