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13:00-15:00 Tanssillisen Voimistelun harrastekilpailu</w:t>
      </w:r>
    </w:p>
    <w:p>
      <w:r>
        <w:t xml:space="preserve">MäVi Voimistelu- ja tanssijaosto järjestää Suomen ensimmäisen tanssillisen voimistelun harrastekilpailun Kisalan Mäntyareenalla </w:t>
      </w:r>
    </w:p>
    <w:p>
      <w:r>
        <w:t>Liput ovelta:</w:t>
        <w:br/>
        <w:t>* Aikuiset: 10 €</w:t>
        <w:br/>
        <w:t>* Nuoret (7-17 v.): 5 €</w:t>
        <w:br/>
        <w:t>* Alle 7 v. maksutta</w:t>
        <w:br/>
        <w:br/>
        <w:t>Maksutapoina kortti, Mobilepay ja käteinen.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