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MIEKANKOSKI BIKER DAY</w:t>
      </w:r>
    </w:p>
    <w:p>
      <w:r>
        <w:t xml:space="preserve">Lämmin henkinen motoristipäivä upealla paikalla. Varaa päivä kalenteriisi. </w:t>
      </w:r>
    </w:p>
    <w:p>
      <w:r>
        <w:t>Ei pääsymaksua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