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18:00-20:00 Pop Up-illallinen Juureskellarissa pöytävarauksin klo 18-20</w:t>
      </w:r>
    </w:p>
    <w:p>
      <w:r>
        <w:t>Koe illallinen, jossa suomalaiset raaka-aineet ja ravintola Juureskellarin omat maut kohtaavat.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