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09:00-16:00 Hurmaava WoiKiska palvelee Woikoski Feelingillä klo 9-16 - meiltä nestekaasut pääsiäiseen!</w:t>
      </w:r>
    </w:p>
    <w:p>
      <w:r>
        <w:t xml:space="preserve">WoiKiskasta saat pääsiäiseksi näppärästi nestekaasut, virvokkeet ja makeiset.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