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19:00-23:00 Nurmaan lava | Leif Lindeman &amp; Rosette</w:t>
      </w:r>
    </w:p>
    <w:p>
      <w:r>
        <w:t>Nurmaan lavalla nautitaan taas kesän 2026 tansseista. Luvassa on monipuolinen kattaus kotimaisia huippuartisteja ja hyvää tunnelmaa läpi kesän!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