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13:00-15:00 Rakentamisen kevät-info | Kulttuurisali tai etänä Youtube-kanavalla</w:t>
      </w:r>
    </w:p>
    <w:p>
      <w:r>
        <w:t>Suunnitteletko rakentamista tai mietitkö lupakäytäntöjä?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