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10:00-14:00 Mäntyharjun tori klo 10-14 🌻 Mäntyharjun 4H</w:t>
      </w:r>
    </w:p>
    <w:p>
      <w:r>
        <w:t xml:space="preserve">Mäntyharjun 4H-yhdistys isännöi Mäntyharjun lauantaitoria klo 10-14. Kesäistä kivaa tekemistä lapsille ja perheille.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