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Ahvenniemi, Toivolantie 147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13:00-18:00 Pertunmaan 100-vuotisjuhla ja avoimet ovet Ahvenniemessä klo 13-18</w:t>
      </w:r>
    </w:p>
    <w:p>
      <w:r>
        <w:t>Juhlitaan satavuotiasta Pertunmaata juhlan ja avoimien ovien merkeissä Ahvenniemessä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