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10:00-13:00 💚 Pertuntori: Eläkeliiton Pertunmaan yhdistys 💚</w:t>
      </w:r>
    </w:p>
    <w:p>
      <w:r>
        <w:t>💚 Pertuntori klo 10-13: Torilla mukana Eläkeliiton Pertunmaan yhdistys 💚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