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Pertunmaan tori, Pertuntie 18</w:t>
      </w:r>
    </w:p>
    <w:p>
      <w:r>
        <w:t>5.9.2026 lauantai</w:t>
      </w:r>
    </w:p>
    <w:p>
      <w:pPr>
        <w:pStyle w:val="Heading1"/>
      </w:pPr>
      <w:r>
        <w:t>5.9.2026 lauantai</w:t>
      </w:r>
    </w:p>
    <w:p>
      <w:pPr>
        <w:pStyle w:val="Heading2"/>
      </w:pPr>
      <w:r>
        <w:t>10:00-13:00 💚 Pertuntori: Pertunmaan Yhtenäiskoulu 💚</w:t>
      </w:r>
    </w:p>
    <w:p>
      <w:r>
        <w:t>💚 Pertuntori klo 10-13: Torilla mukana Pertunmaan Yhtenäiskoulu 💚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