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Käsityöpuoti Talvikki, Pertuntie 29</w:t>
      </w:r>
    </w:p>
    <w:p>
      <w:r>
        <w:t>4.4.2026 lauantai</w:t>
      </w:r>
    </w:p>
    <w:p>
      <w:pPr>
        <w:pStyle w:val="Heading1"/>
      </w:pPr>
      <w:r>
        <w:t>4.4.2026 lauantai</w:t>
      </w:r>
    </w:p>
    <w:p>
      <w:pPr>
        <w:pStyle w:val="Heading2"/>
      </w:pPr>
      <w:r>
        <w:t>10:00-14:00 Talvikin pääsiäistapahtuma</w:t>
      </w:r>
    </w:p>
    <w:p>
      <w:r>
        <w:t xml:space="preserve">Myynnissä makkaraa, kahvia ja karjalanpiirakkaa munavoilla, leivonnaisia ja leipää kotiin.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