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Woikosken Tehdasmuseo, Nurmaantie 15, 52920 Kouvola</w:t>
      </w:r>
    </w:p>
    <w:p>
      <w:r>
        <w:t>18.4.2026 lauantai</w:t>
      </w:r>
    </w:p>
    <w:p>
      <w:pPr>
        <w:pStyle w:val="Heading1"/>
      </w:pPr>
      <w:r>
        <w:t>18.4.2026 lauantai</w:t>
      </w:r>
    </w:p>
    <w:p>
      <w:pPr>
        <w:pStyle w:val="Heading2"/>
      </w:pPr>
      <w:r>
        <w:t>11:00-14:00 Museolauantai 18.4. Woikosken museoissa</w:t>
      </w:r>
    </w:p>
    <w:p>
      <w:r>
        <w:t>Kevät tuo tullessaan jälleen odotetut Museolauantait!</w:t>
      </w:r>
    </w:p>
    <w:p>
      <w:r>
        <w:t>Hinta:</w:t>
        <w:br/>
        <w:br/>
        <w:t>Museolauantain hinta: 49 €/hlö</w:t>
        <w:br/>
        <w:t>Lapset alle 12 v.: museolippupaketti 10 €, lounas 1 €/ikävuosi.</w:t>
        <w:br/>
        <w:t>Voit Museolauantaina poiketa Hilupilttuussa myös pelkälle lounaalle klo 11–14 (15 €/hlö).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