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11:00-14:00 Museolauantai 4.4. Woikosken museoissa</w:t>
      </w:r>
    </w:p>
    <w:p>
      <w:r>
        <w:t>Kevät tuo tullessaan jälleen odotetut Museolauantait!</w:t>
      </w:r>
    </w:p>
    <w:p>
      <w:r>
        <w:t>Museolauantain hinta: 49 €/hlö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